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DIRECTORATE EXCEPTION &amp; NONSTANDARD REALITY EVENT RECORD</w:t>
      </w:r>
    </w:p>
    <w:p>
      <w:pPr>
        <w:jc w:val="center"/>
      </w:pPr>
      <w:r>
        <w:rPr>
          <w:b/>
          <w:color w:val="075CCB"/>
          <w:sz w:val="16"/>
        </w:rPr>
        <w:t>FORM TL-590  |  CLEARANCE: LEVEL V — DIRECTORATE EYES ONLY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  <w:sz w:val="16"/>
              </w:rPr>
              <w:t>DIRECTORATE EYES ONLY • DO NOT DUPLICATE • DO NOT ABSTRACT • RETURN TO CONTROL</w:t>
            </w:r>
          </w:p>
        </w:tc>
      </w:tr>
    </w:tbl>
    <w:p/>
    <w:p>
      <w:r>
        <w:rPr>
          <w:b/>
          <w:color w:val="075CCB"/>
          <w:sz w:val="20"/>
        </w:rPr>
        <w:t>DIRECTORATE AUTHORIZATION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Event / Asset Designation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Directorate File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Authorizing Director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Primary Custodian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Authorized Readers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Copy / Page Control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Opened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Mandatory Return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REASON FOR EXCEPTION HANDLING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Normal Classification Inadequate Because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Information Hazard Suspected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  ☐ Unknown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Knowledge Alters Event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Suspected  ☐ Confirmed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Record Exhibits Irregularity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External Disclosure Consequence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Excluded From Briefing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REALITY / IDENTITY INTEGRITY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Pre-Exposure Identity Verification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Post-Exposure Identity Verification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Biometric / Physical Match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Match  ☐ Variance  ☐ Not reliable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Personal History Continuity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Intact  ☐ Disputed  ☐ Incomplete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Number of Personnel Entering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Number of Personnel Exiting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Unrecognized Personnel Present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Names / Records Changed During Event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</w:tbl>
    <w:p/>
    <w:p>
      <w:r>
        <w:rPr>
          <w:b/>
          <w:color w:val="075CCB"/>
          <w:sz w:val="20"/>
        </w:rPr>
        <w:t>RECORD RELIABILITY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Independent Record Sets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Records Agree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Yes  ☐ Partially  ☐ No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Missing Time Interval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Future-Dated / Pre-Event Data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Unrecordable Observation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Do Not Reproduce Field / Image / Phrase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Safe Summary Permitted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 — attach Directorate wording</w:t>
            </w:r>
          </w:p>
        </w:tc>
      </w:tr>
    </w:tbl>
    <w:p/>
    <w:p>
      <w:r>
        <w:rPr>
          <w:b/>
          <w:color w:val="075CCB"/>
          <w:sz w:val="20"/>
        </w:rPr>
        <w:t>TERMINATION &amp; SUPPRESSION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Event Terminated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  ☐ Indeterminate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Containment State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Stable  ☐ Temporary  ☐ Failed  ☐ Not applicable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Evidence Retained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Evidence Destroyed / Rendered Inert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External Records Recovered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Follow-Up Contact Prohibited Until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Final Directorate Disposition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Archive  ☐ Indefinite watch  ☐ Seal  ☐ No further record</w:t>
            </w:r>
          </w:p>
        </w:tc>
      </w:tr>
    </w:tbl>
    <w:p/>
    <w:p>
      <w:r>
        <w:rPr>
          <w:b/>
          <w:sz w:val="18"/>
        </w:rPr>
        <w:t>Primary Narrative — Record Only Directly Verified Facts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Contradictions That Must Remain Unresolved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Custodian / Witness / Directorate Signatures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• © 1986 • DIRECTORATE EYES ONLY • DO NOT DUPLICATE • DO NOT ABSTRACT • RETURN TO CONTROL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TL-590</w:t>
            <w:br/>
            <w:t>LEVEL V — DIRECTORATE EYES ONLY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